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44"/>
          <w:u w:val="none"/>
          <w:rtl/>
          <w:bCs/>
          <w:szCs w:val="44"/>
        </w:rPr>
        <w:t>🔗 דרכי זיהוי: סמיכות ושם ותוארו (שחור־לבן)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+ תרגול: איך מבדילים בין "עוגת שוקולד" ל"עוגה מתוקה"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ג׳–ו׳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דף עזר לשון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(כיתה ה׳) | רמה מתקדמת (כיתה ו׳) | רמה מותאמת – עולים וחנ״מ (כיתות ג׳–ד׳ · עולים · חנ״מ)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הבחנה בין צירוף סמיכות לשם ותוארו • שימוש נכון בה׳ הידיעה ובצורת רבים • זיהוי צורת הנסמך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לשון • מיון • עריכה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"עוגת שוקולד" מול "עוגה מתוקה" – מה ההבדל?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דף הזיהוי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קריאה משותפת והדגמת 5 הבדיקות.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תרגול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מיון, ה׳ הידיעה, רבים.</w:t>
            </w:r>
          </w:p>
        </w:tc>
      </w:tr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יצירת צירופים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רמה רגילה · כיתה ה׳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🔗 צירוף סמיכות: כדור רגל, ספר טבע, עוגת שוקולד, גן חיות | 🎨 שם ותוארו: כדור גדול, ספר מעניין, עוגה טעימה, גן ירוק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בית הספר; התיק הכבד; שמלת הכלה; הילדה החכמה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בתי ספר; ילדים שמחים; כוסות מים; פרחים צהובים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למשל: כדור סל / כדור כחול; עוגת גבינה / עוגה מתוקה; חדר אוכל / חדר מסודר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רמה מתקדמת · כיתה 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ילדת גן; מי ים; שולחנות אוכל (ללא שינוי בכתיב, אך "שולחנות" כנסמך); שדה תעופה; ידי המלך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"מגרש הכדורגל" – צירוף סמיכות; "החדש" – שם תואר שמתאר את כל הצירוף (את המגרש), ולכן מתאים לנסמך (מגרש – זכר יחיד).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בית הספר שלנו; שני כדורי רגל; שמלת הכלה הלבנה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1. ספר, 4. גבינה | מאונך: 2. רגל, 3. חיות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רמה מותאמת – עולים וחנ״מ · כיתות ג׳–ד׳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בית ← ספר; כדור ← רגל; גן ← חיות; כוס ← מים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שמח; גדול; אדומה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222222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יש גרסה צבעונית וגרסה בשחור־לבן.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שגיאה נפוצה: "ההבית ספר" / "הבית ספר" – הה׳ באה על הסומך: "בית הספר".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בצירוף מורכב ("מגרש הכדורגל החדש") התואר מתאים לנסמך.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🔗 דרכי זיהוי: סמיכות ושם ותוארו (שחור־לבן)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דף עזר + תרגול: איך מבדילים בין "עוגת שוקולד" ל"עוגה מתוקה"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כיתה ה׳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א׳ – דף הזיהוי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שני צירופים שנראים דומים – ואיך מבדילים ביניהם.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 סמיכות 🔗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ותוארו 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זה?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שני שמות עצם = מושג אחד (נסמך + סומך)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עצם + שם תואר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דוגמה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 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שאלה / בדיקה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להכניס "של": בית של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שואלים "איזה?" ; אפשר "מאוד"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ה׳ הידיעה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רק על המילה השנייה: בית הספר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על שתי המילים: הילד הגבוה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רבים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משתנה רק הראשונה: בתי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משתנות שתיהן: ילדים גבוהים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הערה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לפעמים הנסמך משתנה: ילדה ← ילדת גן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התואר מתאים במין ובמספר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ב׳ – מבדילים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סמיכות או שם ותוארו?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מיינו את הצירופים.  [מיון]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כדור רגל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עוגה טעימה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כדור גדול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גן חיות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גן ירוק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עוגת שוקולד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ספר טבע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ספר מעניין</w:t>
            </w:r>
          </w:p>
        </w:tc>
        <w:tc>
          <w:tcPr>
            <w:tcW w:type="dxa" w:w="3402"/>
          </w:tcPr>
          <w:p/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🔗 צירוף סמיכות</w:t>
            </w:r>
          </w:p>
        </w:tc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🎨 שם ותוארו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הוסיפו ה׳ הידיעה לכל צירוף במקום הנכון.  [ה׳ הידיעה]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הצירוף</w:t>
            </w:r>
          </w:p>
        </w:tc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עם ה׳ הידיעה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תיק כבד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שמלת כלה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ילדה חכמה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את הצירופים ברבים.  [רבים]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יחיד</w:t>
            </w:r>
          </w:p>
        </w:tc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רבים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 שמח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כוס מים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פרח צהוב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ג׳ – יוצרים צירופים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מילה אחת – שני צירופים.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צרו מכל מילה צירוף סמיכות וצירוף של שם ותוארו.  [יצירה]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המילה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 סמיכות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ותוארו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כדור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עוגה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חדר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כרטיס יציאה 🔗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איך אני יודע/ת שזה צירוף סמיכות: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צירוף סמיכות משלי: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🔗 דרכי זיהוי: סמיכות ושם ותוארו (שחור־לבן)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צורת הנסמך, צירוף מורכב ועריכה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כיתה 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א׳ – דף הזיהוי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חמש בדיקות לכל צירוף.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 סמיכות 🔗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שם ותוארו 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מה זה?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שני שמות עצם = מושג אחד (נסמך + סומך)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שם עצם + שם תואר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דוגמה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בית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 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שאלה / בדיקה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אפשר להכניס "של": בית של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שואלים "איזה?" ; אפשר "מאוד"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ה׳ הידיעה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רק על המילה השנייה: בית הספר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על שתי המילים: הילד הגבוה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רבים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משתנה רק הראשונה: בתי ספר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משתנות שתיהן: ילדים גבוהים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הערה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לפעמים הנסמך משתנה: ילדה ← ילדת גן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התואר מתאים במין ובמספר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ב׳ – נסמך שמשנה צורה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שימו לב לשינויים במילה הראשונה.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את צורת הנסמך.  [צורת הנסמך]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המילה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צורת הנסמך</w:t>
            </w:r>
          </w:p>
        </w:tc>
        <w:tc>
          <w:tcPr>
            <w:tcW w:type="dxa" w:w="3402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צירוף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ילדה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מים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 xml:space="preserve">_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שולחנות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>_ או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שׂדה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>_ תעו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ידיים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single"/>
                <w:rtl/>
                <w:szCs w:val="22"/>
              </w:rPr>
              <w:t>_ המ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בצירוף "מגרש הכדורגל החדש" יש גם סמיכות וגם שם ותוארו. הסבירו: מי מתאר את מי?  [צירוף מורכב]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מצאו את השגיאה ותקנו.  [עריכה]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המשפט</w:t>
            </w:r>
          </w:p>
        </w:tc>
        <w:tc>
          <w:tcPr>
            <w:tcW w:type="dxa" w:w="5103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התיקון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ההבית ספר שלנו גדול.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קניתי שני כדורים רגל.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שמלת כלה הלבנים.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חלק ג׳ – משחק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תשבץ צירופים.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פתרו: השלימו את המילה החסרה בצירוף.  [משחק]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  <w:tr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458"/>
            <w:shd w:val="clear" w:color="auto" w:fill="333333"/>
          </w:tcPr>
          <w:p/>
        </w:tc>
        <w:tc>
          <w:tcPr>
            <w:tcW w:type="dxa" w:w="1458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בית ___ – שם הסמיכות של המקום שבו לומדים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עוגת ___ (5)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222222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כדור ___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גן ___ (4)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כרטיס יציאה 🔗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בדיקה אחת שמבדילה בין הצירופים: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נסמך שמשנה צורה: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222222"/>
          <w:sz w:val="48"/>
          <w:u w:val="none"/>
          <w:rtl/>
          <w:bCs/>
          <w:szCs w:val="48"/>
        </w:rPr>
        <w:t>🔗 שְׁתֵּי מִלִּים – דָּבָר אֶחָד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הֶכֵּרוּת רִאשׁוֹנָה עִם צֵרוּפִים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222222"/>
          <w:sz w:val="22"/>
          <w:u w:val="none"/>
          <w:rtl/>
          <w:bCs/>
          <w:szCs w:val="22"/>
        </w:rPr>
        <w:t>כיתות ג׳–ד׳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חֵלֶק א׳ – שְׁתֵּי מִלִּים – דָּבָר אֶחָד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לִפְעָמִים שְׁתֵּי מִלִּים הֵן שֵׁם שֶׁל דָּבָר אֶחָד.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🏫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בֵּית סֵפֶר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כַּדּוּר רֶגֶל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גַּן חַיּוֹת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עוּגַת יוֹם הֻלֶּדֶת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🧃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כּוֹס מַיִם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תַּחֲנַת אוֹטוֹבּוּס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הִתְאִימוּ: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1. בַּיִת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מַיִם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2. כַּדּוּר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רֶגֶל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3. גַּן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חַיּוֹת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4. כּוֹס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6"/>
                <w:u w:val="none"/>
                <w:rtl/>
                <w:szCs w:val="26"/>
              </w:rPr>
              <w:t>(   ) סֵפֶר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FEFEF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222222"/>
                <w:sz w:val="30"/>
                <w:u w:val="none"/>
                <w:rtl/>
                <w:bCs/>
                <w:szCs w:val="30"/>
              </w:rPr>
              <w:t>חֵלֶק ב׳ – מִלָּה שֶׁמְּתָאֶרֶת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אֵיזֶה? אֵיזוֹ?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 מִלָּה שֶׁמְּתָאֶרֶת: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222222"/>
          <w:sz w:val="26"/>
          <w:u w:val="none"/>
          <w:rtl/>
          <w:bCs/>
          <w:szCs w:val="26"/>
        </w:rPr>
        <w:t>🔤 מַחְסַן מִלִּים:  גָּדוֹל   |   אֲדֻמָּה   |   שָׂמֵחַ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יֶלֶד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כַּדּוּר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מְכוֹנִית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"כַּדּוּר גָּדוֹל" וְ"כַּדּוּר רֶגֶל". מָה הַהֶבְדֵּל?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22222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שְׁתֵּי מִלִּים – דָּבָר אֶחָד: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